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אלים יווניים לפי רמזים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שמות יווניים לרומיים ובין אלים לסמלים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הבריאה במיתולוגיה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האל?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אלים וסמלים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(ינשוף)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יווני או רומי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הבריאה (סידור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קיים רק כאוס, ריק ללא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גאיה, אלת הארץ, נוצרת מהכאוס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אורנוס, אל השמים, נישא לגאיה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הטיטאנים נולדים מהקשר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זאוס ואחיו מנצחים את הטיטאנים ומקימים את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ספרטה או אתונה (נכון/לא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ספרטה הייתה ידועה בחברה צבאית קשוחה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אתונה הייתה מרכז תרבות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ספרטה התמקדה בעיקר בצבא, לא באמנות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ספרטה הייתה מפורסמת בצבא החזק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ביטויים מהמיתולוגיה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זהה לדמות, שפה שונה (יוונית מול רומית)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היה כאוס ואז נוצרו גאיה ואורנוס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עקב אכילס או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באחד המשחקים באתר ואז לעבור לדף התרגול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ההתאמות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הידע שלכם על אלי יוון, הסמלים שלהם, המקבילות הרומיות שלהם, סדר הבריאה בעולם היווני וביטויים מהמיתולוגיה שעדיין בשימוש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האל?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אל השמים והברקים ומלך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אלת החכמה והמלחמה שנולדה מראשו של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אל הים המחזיק בקלשון (תלת שן)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אל השליחים בעל הסנדלים המכונפים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אלים וסמלים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ינשוף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יווני או רומי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הבריאה (סידור שלבים)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אורנוס, אל השמים, נישא לגאיה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ואחיו מנצחים את הטיטאנים ומקימים את 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קיים רק כאוס, ריק ללא צורה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גאיה, אלת הארץ, נוצרת מהכאוס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נולדים מהקשר ביניהם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ספרטה או אתונה (נכון/לא נכון)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שמו דגש חזק על אימון צבאי מגיל צעיר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פיתחו את הדמוקרטיה ואת הפילוסופיה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עסקו יותר באמנות ובתיאטרון מאשר באתונה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לאתונה היה הצבא החזק ביותר ביוון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ביטויים מהמיתולוגיה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חולשה מוסתרת אצל אדם חזק נקראת עקב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כשמישהו משחרר בטעות צרות רבות אומרים שפתח את __________ של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ניצחון שעלה במחיר כבד מדי נקרא ניצחון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 יווני למקבילה הרומית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לפני הולדת הטיטאנים לפי סדר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מהמיתולוגיה שמשתמשים בו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