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אלים יווניים לפי רמזים ותכונות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שמות יווניים לרומיים ובין אלים לסמלים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סדר הבריאה במיתולוגיה ואת ההבדלים בין ספרטה לאתונה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האל? (בחירה מרובה)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זאוס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פוסידון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הרמס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אלים וסמלים (התאמה)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(קלשון)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(ינשוף)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(חנית)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יווני או רומי (התאמה)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(יופיטר)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(יונו)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(מרס)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(ונוס)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הבריאה (סידור שלבים)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קיים רק כאוס, ריק ללא צורה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גאיה, אלת הארץ, נוצרת מהכאוס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אורנוס, אל השמים, נישא לגאיה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הטיטאנים נולדים מהקשר ביניהם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זאוס ואחיו מנצחים את הטיטאנים ומקימים את האולימפוס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ספרטה או אתונה (נכון/לא נכון)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ספרטה הייתה ידועה בחברה צבאית קשוחה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אתונה הייתה מרכז תרבות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ספרטה התמקדה בעיקר בצבא, לא באמנות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ספרטה הייתה מפורסמת בצבא החזק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ביטויים מהמיתולוגיה (השלמה)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אכילס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פירוסי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זהה לדמות, שפה שונה (יוונית מול רומית)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היה כאוס ואז נוצרו גאיה ואורנוס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עקב אכילס או תיבת פנדורה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באחד המשחקים באתר ואז לעבור לדף התרגול כחיזוק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ההתאמות יחד במליאה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אלים יווניים. נלמד מי האל, מה הסמל שלו, מה השם הרומי שלו ואיך העולם נברא לפי האגדה.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מיתולוגיה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אוסף סיפורים עתיקים על אלים וגיבורים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אל/אלה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על טבעית בעלת כוחות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טיטאן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דור קדום של אלים לפני האולימפוס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אולימפוס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ההר שבו גרים האלים הראשיים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כאוס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הריק הראשוני לפני בריאת העולם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מטמורפוזה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צורה, למשל מאדם לצמח או לחיה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מקבילה רומית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אחר לאותו אל אצל הרומאים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שמזהים בו אל מסוים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האל? (בחירה מרובה)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האל הכי חזק, שולט בברקים?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פוסידון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האלה החכמה שקשורה לזאוס?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אפרודיטה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ארטמיס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האל שגר בים ומחזיק מזלג 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פוסידון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האל המהיר עם הכנפיים ברגליים?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אפולו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אלים וסמלים (התאמה)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פוסידון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ינשוף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אפרודיטה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קלשון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יווני או רומי (התאמה)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ונוס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יופיטר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אפרודיטה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הבריאה (סידור שלבים)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זאוס ואחיו מנצחים את הטיטאנים ומקימים את האולימפוס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הטיטאנים נולדים מהקשר ביניהם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גאיה, אלת הארץ, נוצרת מהכאוס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אורנוס, אל השמים, נישא לגאיה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קיים רק כאוס, ריק ללא צורה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ספרטה או אתונה (נכון/לא נכון)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בספרטה שמו דגש חזק על אימון צבאי מגיל צעיר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באתונה פיתחו את הדמוקרטיה ואת הפילוסופיה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בספרטה עסקו יותר באמנות ובתיאטרון מאשר באתונה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לאתונה היה הצבא החזק ביותר ביוון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ביטויים מהמיתולוגיה (השלמה)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חולשה מוסתרת אצל אדם חזק נקראת עקב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כשמישהו משחרר בטעות צרות רבות אומרים שפתח את __________ של פנדורה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ניצחון שעלה במחיר כבד מדי נקרא ניצחון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אל יווני למקבילה הרומית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לפני הולדת הטיטאנים לפי סדר הבריאה?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לביטוי מהמיתולוגיה שמשתמשים בו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המיתולוגיה היוונית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